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27345" w14:textId="77777777" w:rsidR="005304AF" w:rsidRDefault="00000000">
      <w:pPr>
        <w:pStyle w:val="Title"/>
      </w:pPr>
      <w:r>
        <w:t>DB-Que Catering &amp; Events</w:t>
      </w:r>
    </w:p>
    <w:p w14:paraId="48ED0372" w14:textId="1DAAEEC2" w:rsidR="005304AF" w:rsidRDefault="000F1EE5">
      <w:pPr>
        <w:pStyle w:val="Subtitle"/>
      </w:pPr>
      <w:r>
        <w:t>Crete, Illinois</w:t>
      </w:r>
      <w:r>
        <w:br/>
        <w:t>312-203-0368 | dan.bruinsma@db-que.com</w:t>
      </w:r>
      <w:r>
        <w:br/>
      </w:r>
      <w:r w:rsidRPr="000F1EE5">
        <w:t>https://www.facebook.com/profile.php?id=61559406990573</w:t>
      </w:r>
    </w:p>
    <w:p w14:paraId="47A9FD09" w14:textId="77777777" w:rsidR="005304AF" w:rsidRDefault="00000000">
      <w:r>
        <w:t>I’m ‘DB’ of DB-Que — Dan Bruinsma. Let’s plan your event. The menu options below are designed to get you started, but don’t be afraid to go off script. Custom menus are our specialty.</w:t>
      </w:r>
    </w:p>
    <w:p w14:paraId="5F5D2D31" w14:textId="77777777" w:rsidR="005304AF" w:rsidRDefault="00000000">
      <w:pPr>
        <w:pStyle w:val="Heading1"/>
      </w:pPr>
      <w:r>
        <w:t>Mains – Traditional BBQ</w:t>
      </w:r>
    </w:p>
    <w:p w14:paraId="149B925C" w14:textId="77777777" w:rsidR="005304AF" w:rsidRDefault="00000000">
      <w:pPr>
        <w:pStyle w:val="Heading2"/>
      </w:pPr>
      <w:r>
        <w:t>Poultry</w:t>
      </w:r>
    </w:p>
    <w:p w14:paraId="2F4A99EE" w14:textId="77777777" w:rsidR="005304AF" w:rsidRDefault="00000000">
      <w:r>
        <w:t>Pulled Chicken • Chicken Wings • Turkey Breast • Deep-Fried Nuggets or Strips</w:t>
      </w:r>
    </w:p>
    <w:p w14:paraId="5C001660" w14:textId="77777777" w:rsidR="005304AF" w:rsidRDefault="00000000">
      <w:pPr>
        <w:pStyle w:val="Heading2"/>
      </w:pPr>
      <w:r>
        <w:t>Beef</w:t>
      </w:r>
    </w:p>
    <w:p w14:paraId="0A6755B1" w14:textId="77777777" w:rsidR="005304AF" w:rsidRDefault="00000000">
      <w:r>
        <w:t>Brisket • Burnt Ends • Short Ribs (aka “Dino Bones”)</w:t>
      </w:r>
    </w:p>
    <w:p w14:paraId="394F2199" w14:textId="77777777" w:rsidR="005304AF" w:rsidRDefault="00000000">
      <w:pPr>
        <w:pStyle w:val="Heading2"/>
      </w:pPr>
      <w:r>
        <w:t>Pork</w:t>
      </w:r>
    </w:p>
    <w:p w14:paraId="2BC8AA33" w14:textId="77777777" w:rsidR="005304AF" w:rsidRDefault="00000000">
      <w:r>
        <w:t>St. Louis Spareribs • Baby Back Ribs • Pulled Pork • Pork Belly Burnt Ends • Sausage</w:t>
      </w:r>
    </w:p>
    <w:p w14:paraId="4C36222B" w14:textId="77777777" w:rsidR="005304AF" w:rsidRDefault="00000000">
      <w:pPr>
        <w:pStyle w:val="Heading2"/>
      </w:pPr>
      <w:r>
        <w:t>Holiday Favorites</w:t>
      </w:r>
    </w:p>
    <w:p w14:paraId="53C9BBF0" w14:textId="77777777" w:rsidR="005304AF" w:rsidRDefault="00000000">
      <w:r>
        <w:t>Double-Smoked Ham</w:t>
      </w:r>
      <w:r>
        <w:br/>
        <w:t>Whole Turkey — cut to order (pieces, chopped, or pulled)</w:t>
      </w:r>
      <w:r>
        <w:br/>
        <w:t>Prime Rib</w:t>
      </w:r>
    </w:p>
    <w:p w14:paraId="7D3BCABD" w14:textId="77777777" w:rsidR="005304AF" w:rsidRDefault="00000000">
      <w:pPr>
        <w:pStyle w:val="Heading1"/>
      </w:pPr>
      <w:r>
        <w:t>Mains – BBQ Fusion</w:t>
      </w:r>
    </w:p>
    <w:p w14:paraId="79DDABB8" w14:textId="77777777" w:rsidR="005304AF" w:rsidRDefault="00000000">
      <w:pPr>
        <w:pStyle w:val="Heading2"/>
      </w:pPr>
      <w:r>
        <w:t>Full Taco Bar</w:t>
      </w:r>
    </w:p>
    <w:p w14:paraId="4811A3CF" w14:textId="77777777" w:rsidR="005304AF" w:rsidRDefault="00000000">
      <w:r>
        <w:t>Fajitas • Carnitas • Barbacoa</w:t>
      </w:r>
      <w:r>
        <w:br/>
        <w:t>Includes onion, cilantro, pico de gallo, guacamole, radishes, and limes</w:t>
      </w:r>
    </w:p>
    <w:p w14:paraId="67C620AD" w14:textId="77777777" w:rsidR="005304AF" w:rsidRDefault="00000000">
      <w:pPr>
        <w:pStyle w:val="Heading1"/>
      </w:pPr>
      <w:r>
        <w:t>Sides</w:t>
      </w:r>
    </w:p>
    <w:p w14:paraId="36E07CF1" w14:textId="77777777" w:rsidR="005304AF" w:rsidRDefault="00000000">
      <w:pPr>
        <w:pStyle w:val="Heading2"/>
      </w:pPr>
      <w:r>
        <w:t>Vegetables</w:t>
      </w:r>
    </w:p>
    <w:p w14:paraId="5D25F933" w14:textId="77777777" w:rsidR="005304AF" w:rsidRDefault="00000000">
      <w:r>
        <w:t>Tangy Vinegar Coleslaw</w:t>
      </w:r>
      <w:r>
        <w:br/>
        <w:t>Cowboy Caviar</w:t>
      </w:r>
      <w:r>
        <w:br/>
        <w:t>Roasted Broccoli with Garlic &amp; Bacon</w:t>
      </w:r>
      <w:r>
        <w:br/>
        <w:t>Seasonal Vegetable Medley</w:t>
      </w:r>
    </w:p>
    <w:p w14:paraId="14D5F697" w14:textId="77777777" w:rsidR="005304AF" w:rsidRDefault="00000000">
      <w:pPr>
        <w:pStyle w:val="Heading2"/>
      </w:pPr>
      <w:r>
        <w:lastRenderedPageBreak/>
        <w:t>Potatoes</w:t>
      </w:r>
    </w:p>
    <w:p w14:paraId="6F61C942" w14:textId="77777777" w:rsidR="005304AF" w:rsidRDefault="00000000">
      <w:r>
        <w:t>Mashed Potatoes with Cheese, Chives &amp; Bacon</w:t>
      </w:r>
      <w:r>
        <w:br/>
        <w:t>Crispy Rosemary Red Potatoes</w:t>
      </w:r>
      <w:r>
        <w:br/>
        <w:t>Cheesy Potato Casserole</w:t>
      </w:r>
    </w:p>
    <w:p w14:paraId="1572D0FB" w14:textId="77777777" w:rsidR="005304AF" w:rsidRDefault="00000000">
      <w:pPr>
        <w:pStyle w:val="Heading2"/>
      </w:pPr>
      <w:r>
        <w:t>Beans, Breads &amp; More</w:t>
      </w:r>
    </w:p>
    <w:p w14:paraId="70C7E527" w14:textId="77777777" w:rsidR="005304AF" w:rsidRDefault="00000000">
      <w:r>
        <w:t>Jalapeño Baked Beans</w:t>
      </w:r>
      <w:r>
        <w:br/>
        <w:t>Cornbread (Classic or Jalapeño)</w:t>
      </w:r>
      <w:r>
        <w:br/>
        <w:t>Ollie Bollen</w:t>
      </w:r>
    </w:p>
    <w:p w14:paraId="3FAEFD4F" w14:textId="77777777" w:rsidR="005304AF" w:rsidRDefault="00000000">
      <w:pPr>
        <w:pStyle w:val="Heading1"/>
      </w:pPr>
      <w:r>
        <w:t>Events We Cater</w:t>
      </w:r>
    </w:p>
    <w:p w14:paraId="37388828" w14:textId="77777777" w:rsidR="005304AF" w:rsidRDefault="00000000">
      <w:r>
        <w:t>Weddings • Fundraisers • Corporate Events • Family Reunions • Graduations</w:t>
      </w:r>
    </w:p>
    <w:p w14:paraId="0ECC32D0" w14:textId="77777777" w:rsidR="005304AF" w:rsidRDefault="00000000">
      <w:pPr>
        <w:pStyle w:val="Heading2"/>
      </w:pPr>
      <w:r>
        <w:t>Customization &amp; Service</w:t>
      </w:r>
    </w:p>
    <w:p w14:paraId="4AC60597" w14:textId="77777777" w:rsidR="005304AF" w:rsidRDefault="00000000">
      <w:r>
        <w:t>Menus are fully customizable based on your event size, style, and preferences. Let’s build something memorable together.</w:t>
      </w:r>
    </w:p>
    <w:sectPr w:rsidR="005304A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2735052">
    <w:abstractNumId w:val="8"/>
  </w:num>
  <w:num w:numId="2" w16cid:durableId="846363917">
    <w:abstractNumId w:val="6"/>
  </w:num>
  <w:num w:numId="3" w16cid:durableId="1601333696">
    <w:abstractNumId w:val="5"/>
  </w:num>
  <w:num w:numId="4" w16cid:durableId="589897895">
    <w:abstractNumId w:val="4"/>
  </w:num>
  <w:num w:numId="5" w16cid:durableId="146825699">
    <w:abstractNumId w:val="7"/>
  </w:num>
  <w:num w:numId="6" w16cid:durableId="304967376">
    <w:abstractNumId w:val="3"/>
  </w:num>
  <w:num w:numId="7" w16cid:durableId="997078710">
    <w:abstractNumId w:val="2"/>
  </w:num>
  <w:num w:numId="8" w16cid:durableId="1386491725">
    <w:abstractNumId w:val="1"/>
  </w:num>
  <w:num w:numId="9" w16cid:durableId="18424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1EE5"/>
    <w:rsid w:val="0015074B"/>
    <w:rsid w:val="001A5D87"/>
    <w:rsid w:val="0029639D"/>
    <w:rsid w:val="002C5309"/>
    <w:rsid w:val="00326F90"/>
    <w:rsid w:val="00455318"/>
    <w:rsid w:val="005304AF"/>
    <w:rsid w:val="00571BB4"/>
    <w:rsid w:val="00AA1D8D"/>
    <w:rsid w:val="00B47730"/>
    <w:rsid w:val="00CB0664"/>
    <w:rsid w:val="00F148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FE02E3"/>
  <w14:defaultImageDpi w14:val="300"/>
  <w15:docId w15:val="{9B632886-4D18-44E4-BB83-A703FA232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i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2</Pages>
  <Words>188</Words>
  <Characters>1153</Characters>
  <Application>Microsoft Office Word</Application>
  <DocSecurity>0</DocSecurity>
  <Lines>40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 Bruinsma</cp:lastModifiedBy>
  <cp:revision>4</cp:revision>
  <dcterms:created xsi:type="dcterms:W3CDTF">2026-05-18T02:31:00Z</dcterms:created>
  <dcterms:modified xsi:type="dcterms:W3CDTF">2026-05-18T14:00:00Z</dcterms:modified>
  <cp:category/>
</cp:coreProperties>
</file>